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VOLUNTEER SERVICES AGREEMENT FORM</w:t>
      </w:r>
    </w:p>
    <w:p/>
    <w:p>
      <w:r>
        <w:rPr>
          <w:b w:val="0"/>
          <w:sz w:val="20"/>
        </w:rPr>
        <w:t>This Volunteer Services Agreement (the “Agreement”) sets forth the terms and conditions under which the Volunteer agrees to provide services to the Organization.</w:t>
      </w:r>
    </w:p>
    <w:p/>
    <w:p>
      <w:r>
        <w:rPr>
          <w:b/>
          <w:sz w:val="20"/>
        </w:rPr>
        <w:t>Organization Information:</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Volunteer Information:</w:t>
      </w:r>
    </w:p>
    <w:p>
      <w:r>
        <w:rPr>
          <w:b w:val="0"/>
          <w:sz w:val="20"/>
        </w:rPr>
        <w:t>Full Name: 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r>
        <w:rPr>
          <w:b w:val="0"/>
          <w:sz w:val="20"/>
        </w:rPr>
        <w:t>Emergency Contact Name: ___________________________________________</w:t>
      </w:r>
    </w:p>
    <w:p>
      <w:r>
        <w:rPr>
          <w:b w:val="0"/>
          <w:sz w:val="20"/>
        </w:rPr>
        <w:t>Emergency Contact Phone: __________________________________________</w:t>
      </w:r>
    </w:p>
    <w:p/>
    <w:p>
      <w:r>
        <w:rPr>
          <w:b/>
          <w:sz w:val="20"/>
        </w:rPr>
        <w:t>Volunteer Services:</w:t>
      </w:r>
    </w:p>
    <w:p>
      <w:r>
        <w:rPr>
          <w:b w:val="0"/>
          <w:sz w:val="20"/>
        </w:rPr>
        <w:t>The Volunteer agrees to perform the following services:</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r>
        <w:rPr>
          <w:b/>
          <w:sz w:val="20"/>
        </w:rPr>
        <w:t>Term and Termination:</w:t>
      </w:r>
    </w:p>
    <w:p>
      <w:r>
        <w:rPr>
          <w:b w:val="0"/>
          <w:sz w:val="20"/>
        </w:rPr>
        <w:t>The term of this Agreement shall commence upon signing and continue until terminated by either party. Either party may terminate this Agreement at any time, with or without cause, by providing written notice to the other party.</w:t>
      </w:r>
    </w:p>
    <w:p/>
    <w:p>
      <w:r>
        <w:rPr>
          <w:b/>
          <w:sz w:val="20"/>
        </w:rPr>
        <w:t>Volunteer Status:</w:t>
      </w:r>
    </w:p>
    <w:p>
      <w:r>
        <w:rPr>
          <w:b w:val="0"/>
          <w:sz w:val="20"/>
        </w:rPr>
        <w:t>The Volunteer acknowledges and agrees that they are not an employee, agent, or contractor of the Organization and shall not be entitled to any compensation, benefits, or insurance coverage from the Organization except as provided by applicable law.</w:t>
      </w:r>
    </w:p>
    <w:p/>
    <w:p>
      <w:r>
        <w:rPr>
          <w:b/>
          <w:sz w:val="20"/>
        </w:rPr>
        <w:t>Confidentiality:</w:t>
      </w:r>
    </w:p>
    <w:p>
      <w:r>
        <w:rPr>
          <w:b w:val="0"/>
          <w:sz w:val="20"/>
        </w:rPr>
        <w:t>The Volunteer agrees to keep confidential all information obtained during the course of volunteering that is not publicly available and to not disclose or use such information except as necessary to perform the volunteer services.</w:t>
      </w:r>
    </w:p>
    <w:p/>
    <w:p>
      <w:r>
        <w:rPr>
          <w:b/>
          <w:sz w:val="20"/>
        </w:rPr>
        <w:t>Liability and Indemnity:</w:t>
      </w:r>
    </w:p>
    <w:p>
      <w:r>
        <w:rPr>
          <w:b w:val="0"/>
          <w:sz w:val="20"/>
        </w:rPr>
        <w:t>The Volunteer releases the Organization and its representatives from any liability for personal injury or property damage sustained during volunteer activities, except in cases of gross negligence or willful misconduct by the Organization. The Volunteer agrees to indemnify and hold harmless the Organization from any claims arising out of the Volunteer’s actions or omissions.</w:t>
      </w:r>
    </w:p>
    <w:p/>
    <w:p>
      <w:r>
        <w:rPr>
          <w:b/>
          <w:sz w:val="20"/>
        </w:rPr>
        <w:t>Safety and Compliance:</w:t>
      </w:r>
    </w:p>
    <w:p>
      <w:r>
        <w:rPr>
          <w:b w:val="0"/>
          <w:sz w:val="20"/>
        </w:rPr>
        <w:t>The Volunteer agrees to comply with all applicable laws, regulations, policies, and instructions related to the performance of the volunteer services and to immediately report any unsafe conditions or incidents to the Organization.</w:t>
      </w:r>
    </w:p>
    <w:p/>
    <w:p>
      <w:r>
        <w:rPr>
          <w:b/>
          <w:sz w:val="20"/>
        </w:rPr>
        <w:t>Media Release:</w:t>
      </w:r>
    </w:p>
    <w:p>
      <w:r>
        <w:rPr>
          <w:b w:val="0"/>
          <w:sz w:val="20"/>
        </w:rPr>
        <w:t>The Volunteer grants permission to the Organization to use photographs, video, or audio recordings taken during volunteer activities for promotional and educational purposes without compensation.</w:t>
      </w:r>
    </w:p>
    <w:p/>
    <w:p>
      <w:r>
        <w:rPr>
          <w:b/>
          <w:sz w:val="20"/>
        </w:rPr>
        <w:t>Governing Law and Jurisdiction:</w:t>
      </w:r>
    </w:p>
    <w:p>
      <w:r>
        <w:rPr>
          <w:b w:val="0"/>
          <w:sz w:val="20"/>
        </w:rPr>
        <w:t>This Agreement shall be governed by and construed in accordance with the laws of the Province of __________________, Canada. Any disputes arising under or in connection with this Agreement shall be subject to the exclusive jurisdiction of the courts located in that province.</w:t>
      </w:r>
    </w:p>
    <w:p/>
    <w:p>
      <w:r>
        <w:rPr>
          <w:b/>
          <w:sz w:val="20"/>
        </w:rPr>
        <w:t>Entire Agreement:</w:t>
      </w:r>
    </w:p>
    <w:p>
      <w:r>
        <w:rPr>
          <w:b w:val="0"/>
          <w:sz w:val="20"/>
        </w:rPr>
        <w:t>This Agreement constitutes the entire agreement between the parties and supersedes all prior agreements or understandings, whether written or oral, relating to the subject matter herein.</w:t>
      </w:r>
    </w:p>
    <w:p/>
    <w:p/>
    <w:p>
      <w:r>
        <w:rPr>
          <w:b w:val="0"/>
          <w:sz w:val="20"/>
        </w:rPr>
        <w:t>Place of signature: 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ORGANIZATION REPRESENTATIVE</w:t>
            </w:r>
          </w:p>
        </w:tc>
        <w:tc>
          <w:tcPr>
            <w:tcW w:type="dxa" w:w="4986"/>
            <w:tcBorders>
              <w:top w:val="nil"/>
              <w:left w:val="nil"/>
              <w:bottom w:val="nil"/>
              <w:right w:val="nil"/>
              <w:insideH w:val="nil"/>
              <w:insideV w:val="nil"/>
            </w:tcBorders>
          </w:tcPr>
          <w:p>
            <w:pPr>
              <w:jc w:val="center"/>
            </w:pPr>
            <w:r>
              <w:t>VOLUNTEER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https://legaltemplates-ca.com/volunteer-form/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volunteer-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