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WHOLESALE ORDER FORM</w:t>
      </w:r>
    </w:p>
    <w:p/>
    <w:p/>
    <w:p>
      <w:r>
        <w:rPr>
          <w:b/>
          <w:sz w:val="22"/>
        </w:rPr>
        <w:t>Buyer Company Information:</w:t>
      </w:r>
    </w:p>
    <w:p>
      <w:r>
        <w:rPr>
          <w:b w:val="0"/>
          <w:sz w:val="20"/>
        </w:rPr>
        <w:t>Company Name: __________________________________________________________</w:t>
      </w:r>
    </w:p>
    <w:p>
      <w:r>
        <w:rPr>
          <w:b w:val="0"/>
          <w:sz w:val="20"/>
        </w:rPr>
        <w:t>Business Number / GST/HST No.: _________________________________________</w:t>
      </w:r>
    </w:p>
    <w:p>
      <w:r>
        <w:rPr>
          <w:b w:val="0"/>
          <w:sz w:val="20"/>
        </w:rPr>
        <w:t>Address: _______________________________________________________________</w:t>
      </w:r>
    </w:p>
    <w:p>
      <w:r>
        <w:rPr>
          <w:b w:val="0"/>
          <w:sz w:val="20"/>
        </w:rPr>
        <w:t>City, Province, Postal Code: ____________________________________________</w:t>
      </w:r>
    </w:p>
    <w:p>
      <w:r>
        <w:rPr>
          <w:b w:val="0"/>
          <w:sz w:val="20"/>
        </w:rPr>
        <w:t>Contact Person: 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p>
      <w:r>
        <w:rPr>
          <w:b/>
          <w:sz w:val="22"/>
        </w:rPr>
        <w:t>Supplier Information:</w:t>
      </w:r>
    </w:p>
    <w:p>
      <w:r>
        <w:rPr>
          <w:b w:val="0"/>
          <w:sz w:val="20"/>
        </w:rPr>
        <w:t>Company Name: __________________________________________________________</w:t>
      </w:r>
    </w:p>
    <w:p>
      <w:r>
        <w:rPr>
          <w:b w:val="0"/>
          <w:sz w:val="20"/>
        </w:rPr>
        <w:t>Business Number / GST/HST No.: _________________________________________</w:t>
      </w:r>
    </w:p>
    <w:p>
      <w:r>
        <w:rPr>
          <w:b w:val="0"/>
          <w:sz w:val="20"/>
        </w:rPr>
        <w:t>Address: _______________________________________________________________</w:t>
      </w:r>
    </w:p>
    <w:p>
      <w:r>
        <w:rPr>
          <w:b w:val="0"/>
          <w:sz w:val="20"/>
        </w:rPr>
        <w:t>City, Province, Postal Code: ____________________________________________</w:t>
      </w:r>
    </w:p>
    <w:p>
      <w:r>
        <w:rPr>
          <w:b w:val="0"/>
          <w:sz w:val="20"/>
        </w:rPr>
        <w:t>Contact Person: _________________________________________________________</w:t>
      </w:r>
    </w:p>
    <w:p>
      <w:r>
        <w:rPr>
          <w:b w:val="0"/>
          <w:sz w:val="20"/>
        </w:rPr>
        <w:t>Phone Number: __________________________________________________________</w:t>
      </w:r>
    </w:p>
    <w:p>
      <w:r>
        <w:rPr>
          <w:b w:val="0"/>
          <w:sz w:val="20"/>
        </w:rPr>
        <w:t>Email Address: __________________________________________________________</w:t>
      </w:r>
    </w:p>
    <w:p/>
    <w:p/>
    <w:p>
      <w:r>
        <w:rPr>
          <w:b/>
          <w:sz w:val="22"/>
        </w:rPr>
        <w:t>Order Details:</w:t>
      </w:r>
    </w:p>
    <w:p/>
    <w:tbl>
      <w:tblPr>
        <w:tblW w:type="auto" w:w="0"/>
        <w:tblLayout w:type="autofit"/>
        <w:tblLook w:firstColumn="1" w:firstRow="1" w:lastColumn="0" w:lastRow="0" w:noHBand="0" w:noVBand="1" w:val="04A0"/>
      </w:tblPr>
      <w:tblGrid>
        <w:gridCol w:w="1662"/>
        <w:gridCol w:w="1662"/>
        <w:gridCol w:w="1662"/>
        <w:gridCol w:w="1662"/>
        <w:gridCol w:w="1662"/>
        <w:gridCol w:w="1662"/>
      </w:tblGrid>
      <w:tr>
        <w:tc>
          <w:tcPr>
            <w:tcW w:type="dxa" w:w="1662"/>
          </w:tcPr>
          <w:p>
            <w:r>
              <w:rPr>
                <w:b/>
                <w:sz w:val="20"/>
              </w:rPr>
              <w:t>Item No.</w:t>
            </w:r>
          </w:p>
        </w:tc>
        <w:tc>
          <w:tcPr>
            <w:tcW w:type="dxa" w:w="1662"/>
          </w:tcPr>
          <w:p>
            <w:r>
              <w:rPr>
                <w:b/>
                <w:sz w:val="20"/>
              </w:rPr>
              <w:t>Product Description</w:t>
            </w:r>
          </w:p>
        </w:tc>
        <w:tc>
          <w:tcPr>
            <w:tcW w:type="dxa" w:w="1662"/>
          </w:tcPr>
          <w:p>
            <w:r>
              <w:rPr>
                <w:b/>
                <w:sz w:val="20"/>
              </w:rPr>
              <w:t>Unit Price (CAD)</w:t>
            </w:r>
          </w:p>
        </w:tc>
        <w:tc>
          <w:tcPr>
            <w:tcW w:type="dxa" w:w="1662"/>
          </w:tcPr>
          <w:p>
            <w:r>
              <w:rPr>
                <w:b/>
                <w:sz w:val="20"/>
              </w:rPr>
              <w:t>Quantity Ordered</w:t>
            </w:r>
          </w:p>
        </w:tc>
        <w:tc>
          <w:tcPr>
            <w:tcW w:type="dxa" w:w="1662"/>
          </w:tcPr>
          <w:p>
            <w:r>
              <w:rPr>
                <w:b/>
                <w:sz w:val="20"/>
              </w:rPr>
              <w:t>Total Price (CAD)</w:t>
            </w:r>
          </w:p>
        </w:tc>
        <w:tc>
          <w:tcPr>
            <w:tcW w:type="dxa" w:w="1662"/>
          </w:tcPr>
          <w:p>
            <w:r>
              <w:rPr>
                <w:b/>
                <w:sz w:val="20"/>
              </w:rPr>
              <w:t>Notes / Specifications</w:t>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bl>
    <w:p/>
    <w:p/>
    <w:p>
      <w:r>
        <w:rPr>
          <w:b/>
          <w:sz w:val="22"/>
        </w:rPr>
        <w:t>Payment Terms:</w:t>
      </w:r>
    </w:p>
    <w:p>
      <w:r>
        <w:rPr>
          <w:b w:val="0"/>
          <w:sz w:val="20"/>
        </w:rPr>
        <w:t>Payment Method: ________________________________________________________</w:t>
      </w:r>
    </w:p>
    <w:p>
      <w:r>
        <w:rPr>
          <w:b w:val="0"/>
          <w:sz w:val="20"/>
        </w:rPr>
        <w:t>Payment Due Date: ______________________________________________________</w:t>
      </w:r>
    </w:p>
    <w:p>
      <w:r>
        <w:rPr>
          <w:b w:val="0"/>
          <w:sz w:val="20"/>
        </w:rPr>
        <w:t>Late Payment Penalties: _________________________________________________</w:t>
      </w:r>
    </w:p>
    <w:p/>
    <w:p/>
    <w:p>
      <w:r>
        <w:rPr>
          <w:b/>
          <w:sz w:val="22"/>
        </w:rPr>
        <w:t>Delivery Terms:</w:t>
      </w:r>
    </w:p>
    <w:p>
      <w:r>
        <w:rPr>
          <w:b w:val="0"/>
          <w:sz w:val="20"/>
        </w:rPr>
        <w:t>Delivery Address: ______________________________________________________</w:t>
      </w:r>
    </w:p>
    <w:p>
      <w:r>
        <w:rPr>
          <w:b w:val="0"/>
          <w:sz w:val="20"/>
        </w:rPr>
        <w:t>Delivery Method: _______________________________________________________</w:t>
      </w:r>
    </w:p>
    <w:p>
      <w:r>
        <w:rPr>
          <w:b w:val="0"/>
          <w:sz w:val="20"/>
        </w:rPr>
        <w:t>Delivery Schedule: _____________________________________________________</w:t>
      </w:r>
    </w:p>
    <w:p>
      <w:r>
        <w:rPr>
          <w:b w:val="0"/>
          <w:sz w:val="20"/>
        </w:rPr>
        <w:t>Shipping Charges: _____________________________________________________</w:t>
      </w:r>
    </w:p>
    <w:p/>
    <w:p/>
    <w:p>
      <w:r>
        <w:rPr>
          <w:b/>
          <w:sz w:val="22"/>
        </w:rPr>
        <w:t>Warranty and Returns:</w:t>
      </w:r>
    </w:p>
    <w:p>
      <w:r>
        <w:rPr>
          <w:b w:val="0"/>
          <w:sz w:val="20"/>
        </w:rPr>
        <w:t>The Supplier warrants that all goods supplied under this order are free from defects in material and workmanship for a period of ______________ from delivery.</w:t>
      </w:r>
    </w:p>
    <w:p>
      <w:r>
        <w:rPr>
          <w:b w:val="0"/>
          <w:sz w:val="20"/>
        </w:rPr>
        <w:t>Any defective or non-conforming goods must be reported within _______________ days of delivery for return, replacement, or credit.</w:t>
      </w:r>
    </w:p>
    <w:p>
      <w:r>
        <w:rPr>
          <w:b w:val="0"/>
          <w:sz w:val="20"/>
        </w:rPr>
        <w:t>Returns require prior written authorization from the Supplier.</w:t>
      </w:r>
    </w:p>
    <w:p/>
    <w:p/>
    <w:p>
      <w:r>
        <w:rPr>
          <w:b/>
          <w:sz w:val="22"/>
        </w:rPr>
        <w:t>Order Cancellation:</w:t>
      </w:r>
    </w:p>
    <w:p>
      <w:r>
        <w:rPr>
          <w:b w:val="0"/>
          <w:sz w:val="20"/>
        </w:rPr>
        <w:t>Cancellation of this order must be submitted in writing and is subject to acceptance by the Supplier.</w:t>
      </w:r>
    </w:p>
    <w:p>
      <w:r>
        <w:rPr>
          <w:b w:val="0"/>
          <w:sz w:val="20"/>
        </w:rPr>
        <w:t>Cancellation fees may apply if goods are already in production or shipment.</w:t>
      </w:r>
    </w:p>
    <w:p/>
    <w:p/>
    <w:p>
      <w:r>
        <w:rPr>
          <w:b/>
          <w:sz w:val="22"/>
        </w:rPr>
        <w:t>Liability and Indemnity:</w:t>
      </w:r>
    </w:p>
    <w:p>
      <w:r>
        <w:rPr>
          <w:b w:val="0"/>
          <w:sz w:val="20"/>
        </w:rPr>
        <w:t>The Supplier shall not be liable for any indirect, incidental, or consequential damages arising from the supply of goods.</w:t>
      </w:r>
    </w:p>
    <w:p>
      <w:r>
        <w:rPr>
          <w:b w:val="0"/>
          <w:sz w:val="20"/>
        </w:rPr>
        <w:t>The Buyer agrees to indemnify and hold harmless the Supplier from any claims arising from improper use or handling of supplied goods.</w:t>
      </w:r>
    </w:p>
    <w:p/>
    <w:p/>
    <w:p>
      <w:r>
        <w:rPr>
          <w:b/>
          <w:sz w:val="22"/>
        </w:rPr>
        <w:t>Governing Law and Jurisdiction:</w:t>
      </w:r>
    </w:p>
    <w:p>
      <w:r>
        <w:rPr>
          <w:b w:val="0"/>
          <w:sz w:val="20"/>
        </w:rPr>
        <w:t>This order and any dispute arising out of or in connection with it shall be governed by and construed in accordance with the laws of the Province of Ontario and the federal laws of Canada applicable therein.</w:t>
      </w:r>
    </w:p>
    <w:p>
      <w:r>
        <w:rPr>
          <w:b w:val="0"/>
          <w:sz w:val="20"/>
        </w:rPr>
        <w:t>The parties submit to the exclusive jurisdiction of the courts of Ontario for any disputes arising under or in connection to this order.</w:t>
      </w:r>
    </w:p>
    <w:p/>
    <w:p/>
    <w:p>
      <w:r>
        <w:rPr>
          <w:b/>
          <w:sz w:val="22"/>
        </w:rPr>
        <w:t>Confidentiality:</w:t>
      </w:r>
    </w:p>
    <w:p>
      <w:r>
        <w:rPr>
          <w:b w:val="0"/>
          <w:sz w:val="20"/>
        </w:rPr>
        <w:t>Both parties agree to keep confidential all information related to this order and shall not disclose such information to any third party without prior written consent.</w:t>
      </w:r>
    </w:p>
    <w:p/>
    <w:p/>
    <w:p>
      <w:r>
        <w:rPr>
          <w:b/>
          <w:sz w:val="22"/>
        </w:rPr>
        <w:t>Entire Agreement:</w:t>
      </w:r>
    </w:p>
    <w:p>
      <w:r>
        <w:rPr>
          <w:b w:val="0"/>
          <w:sz w:val="20"/>
        </w:rPr>
        <w:t>This Wholesale Order Form constitutes the entire agreement between the Buyer and Supplier relating to the subject matter herein and supersedes all prior agreements, understandings, and negotiations.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BUYER AUTHORIZED SIGNATORY</w:t>
            </w:r>
          </w:p>
        </w:tc>
        <w:tc>
          <w:tcPr>
            <w:tcW w:type="dxa" w:w="4986"/>
            <w:tcBorders>
              <w:top w:val="nil"/>
              <w:left w:val="nil"/>
              <w:bottom w:val="nil"/>
              <w:right w:val="nil"/>
              <w:insideH w:val="nil"/>
              <w:insideV w:val="nil"/>
            </w:tcBorders>
          </w:tcPr>
          <w:p>
            <w:pPr>
              <w:jc w:val="center"/>
            </w:pPr>
            <w:r>
              <w:t>SUPPLIER AUTHORIZED SIGNATORY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https://legaltemplates-ca.com/wholesale-order-form/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wholesale-order-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