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WORK NOTICE LETTER</w:t>
      </w:r>
    </w:p>
    <w:p/>
    <w:p>
      <w:r>
        <w:rPr>
          <w:b/>
          <w:sz w:val="20"/>
        </w:rPr>
        <w:t>Employer Information:</w:t>
      </w:r>
    </w:p>
    <w:p>
      <w:r>
        <w:rPr>
          <w:b w:val="0"/>
          <w:sz w:val="20"/>
        </w:rPr>
        <w:t>Company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Employee Information: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Position/Job Title: 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_______________________________________________________________</w:t>
      </w:r>
    </w:p>
    <w:p>
      <w:r>
        <w:rPr>
          <w:b w:val="0"/>
          <w:sz w:val="20"/>
        </w:rPr>
        <w:t>Employee ID (if applicable): _______________________________________________</w:t>
      </w:r>
    </w:p>
    <w:p/>
    <w:p>
      <w:pPr>
        <w:jc w:val="center"/>
      </w:pPr>
      <w:r>
        <w:rPr>
          <w:b/>
          <w:sz w:val="20"/>
        </w:rPr>
        <w:t>NOTICE OF TERMINATION OF EMPLOYMENT</w:t>
      </w:r>
    </w:p>
    <w:p/>
    <w:p>
      <w:r>
        <w:rPr>
          <w:b w:val="0"/>
          <w:sz w:val="20"/>
        </w:rPr>
        <w:t>Dear ____________________________________________________________,</w:t>
      </w:r>
    </w:p>
    <w:p/>
    <w:p>
      <w:r>
        <w:rPr>
          <w:b w:val="0"/>
          <w:sz w:val="20"/>
        </w:rPr>
        <w:t>This letter serves as formal notice of termination of your employment with</w:t>
      </w:r>
    </w:p>
    <w:p>
      <w:r>
        <w:rPr>
          <w:b w:val="0"/>
          <w:sz w:val="20"/>
        </w:rPr>
        <w:t>____________________________________________________________ (Company Name).</w:t>
      </w:r>
    </w:p>
    <w:p>
      <w:r>
        <w:rPr>
          <w:b w:val="0"/>
          <w:sz w:val="20"/>
        </w:rPr>
        <w:t>Please be advised that your employment will end effective immediately upon</w:t>
      </w:r>
    </w:p>
    <w:p>
      <w:r>
        <w:rPr>
          <w:b w:val="0"/>
          <w:sz w:val="20"/>
        </w:rPr>
        <w:t>receipt of this notice or as otherwise specified below.</w:t>
      </w:r>
    </w:p>
    <w:p/>
    <w:p>
      <w:r>
        <w:rPr>
          <w:b/>
          <w:sz w:val="20"/>
        </w:rPr>
        <w:t>Reason for Termination: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Notice Period and Last Day of Work:</w:t>
      </w:r>
    </w:p>
    <w:p>
      <w:r>
        <w:rPr>
          <w:b w:val="0"/>
          <w:sz w:val="20"/>
        </w:rPr>
        <w:t>Pursuant to the Canada Labour Code and applicable provincial legislation,</w:t>
      </w:r>
    </w:p>
    <w:p>
      <w:r>
        <w:rPr>
          <w:b w:val="0"/>
          <w:sz w:val="20"/>
        </w:rPr>
        <w:t>you are entitled to a notice period or pay in lieu thereof. Your last day of work</w:t>
      </w:r>
    </w:p>
    <w:p>
      <w:r>
        <w:rPr>
          <w:b w:val="0"/>
          <w:sz w:val="20"/>
        </w:rPr>
        <w:t>will be: ________________________________________________________________</w:t>
      </w:r>
    </w:p>
    <w:p>
      <w:r>
        <w:rPr>
          <w:b w:val="0"/>
          <w:sz w:val="20"/>
        </w:rPr>
        <w:t>Please note that during the notice period you are expected to continue to perform</w:t>
      </w:r>
    </w:p>
    <w:p>
      <w:r>
        <w:rPr>
          <w:b w:val="0"/>
          <w:sz w:val="20"/>
        </w:rPr>
        <w:t>your duties unless otherwise directed.</w:t>
      </w:r>
    </w:p>
    <w:p/>
    <w:p>
      <w:r>
        <w:rPr>
          <w:b/>
          <w:sz w:val="20"/>
        </w:rPr>
        <w:t>Final Pay and Benefits:</w:t>
      </w:r>
    </w:p>
    <w:p>
      <w:r>
        <w:rPr>
          <w:b w:val="0"/>
          <w:sz w:val="20"/>
        </w:rPr>
        <w:t>You will receive your final pay including all outstanding wages, accrued vacation pay,</w:t>
      </w:r>
    </w:p>
    <w:p>
      <w:r>
        <w:rPr>
          <w:b w:val="0"/>
          <w:sz w:val="20"/>
        </w:rPr>
        <w:t>and any other owed compensation in accordance with applicable laws and company policies.</w:t>
      </w:r>
    </w:p>
    <w:p>
      <w:r>
        <w:rPr>
          <w:b w:val="0"/>
          <w:sz w:val="20"/>
        </w:rPr>
        <w:t>Details regarding continuation or termination of benefits will be provided separately.</w:t>
      </w:r>
    </w:p>
    <w:p/>
    <w:p>
      <w:r>
        <w:rPr>
          <w:b/>
          <w:sz w:val="20"/>
        </w:rPr>
        <w:t>Return of Company Property:</w:t>
      </w:r>
    </w:p>
    <w:p>
      <w:r>
        <w:rPr>
          <w:b w:val="0"/>
          <w:sz w:val="20"/>
        </w:rPr>
        <w:t>All company property including but not limited to keys, access cards, equipment,</w:t>
      </w:r>
    </w:p>
    <w:p>
      <w:r>
        <w:rPr>
          <w:b w:val="0"/>
          <w:sz w:val="20"/>
        </w:rPr>
        <w:t>documents, and electronic devices must be returned by your last day of employment.</w:t>
      </w:r>
    </w:p>
    <w:p/>
    <w:p>
      <w:r>
        <w:rPr>
          <w:b/>
          <w:sz w:val="20"/>
        </w:rPr>
        <w:t>Confidentiality and Non-Disclosure:</w:t>
      </w:r>
    </w:p>
    <w:p>
      <w:r>
        <w:rPr>
          <w:b w:val="0"/>
          <w:sz w:val="20"/>
        </w:rPr>
        <w:t>You remain bound by any confidentiality, non-disclosure, or non-compete agreements</w:t>
      </w:r>
    </w:p>
    <w:p>
      <w:r>
        <w:rPr>
          <w:b w:val="0"/>
          <w:sz w:val="20"/>
        </w:rPr>
        <w:t>signed during your employment. Unauthorized use or disclosure of confidential information</w:t>
      </w:r>
    </w:p>
    <w:p>
      <w:r>
        <w:rPr>
          <w:b w:val="0"/>
          <w:sz w:val="20"/>
        </w:rPr>
        <w:t>is prohibited and may result in legal action.</w:t>
      </w:r>
    </w:p>
    <w:p/>
    <w:p>
      <w:r>
        <w:rPr>
          <w:b/>
          <w:sz w:val="20"/>
        </w:rPr>
        <w:t>Acknowledgment:</w:t>
      </w:r>
    </w:p>
    <w:p>
      <w:r>
        <w:rPr>
          <w:b w:val="0"/>
          <w:sz w:val="20"/>
        </w:rPr>
        <w:t>Please acknowledge receipt of this notice by signing below. Should you have any questions</w:t>
      </w:r>
    </w:p>
    <w:p>
      <w:r>
        <w:rPr>
          <w:b w:val="0"/>
          <w:sz w:val="20"/>
        </w:rPr>
        <w:t>regarding this notice or your rights, please contact the Human Resources department.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REPRESENTATIVE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  Date: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  Date: __________________________</w:t>
            </w:r>
          </w:p>
        </w:tc>
      </w:tr>
    </w:tbl>
    <w:p/>
    <w:p/>
    <w:p>
      <w:r>
        <w:rPr>
          <w:b w:val="0"/>
          <w:sz w:val="20"/>
        </w:rPr>
        <w:t>This notice is issued in accordance with the Canada Labour Code and applicable provincial</w:t>
      </w:r>
    </w:p>
    <w:p>
      <w:r>
        <w:rPr>
          <w:b w:val="0"/>
          <w:sz w:val="20"/>
        </w:rPr>
        <w:t>employment standards legislation. Compliance with all relevant laws and regulations is</w:t>
      </w:r>
    </w:p>
    <w:p>
      <w:r>
        <w:rPr>
          <w:b w:val="0"/>
          <w:sz w:val="20"/>
        </w:rPr>
        <w:t>mandatory for both parties.</w:t>
      </w:r>
    </w:p>
    <w:p/>
    <w:p>
      <w:r>
        <w:rPr>
          <w:b w:val="0"/>
          <w:sz w:val="20"/>
        </w:rPr>
        <w:t>Thank you for your service and cooperation.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https://legaltemplates-ca.com/work-notice-letter/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work-notice-letter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